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A445B" w14:textId="77777777" w:rsidR="00881FEE" w:rsidRDefault="00000000">
      <w:pPr>
        <w:pStyle w:val="Title"/>
        <w:jc w:val="center"/>
      </w:pPr>
      <w:r>
        <w:t>DEPARTMENT OF MEDIA AND COMMUNICATION</w:t>
      </w:r>
    </w:p>
    <w:p w14:paraId="0F4D1E65" w14:textId="77777777" w:rsidR="00881FEE" w:rsidRDefault="00000000">
      <w:pPr>
        <w:jc w:val="center"/>
      </w:pPr>
      <w:r>
        <w:rPr>
          <w:b/>
          <w:sz w:val="32"/>
        </w:rPr>
        <w:t>EQUIPMENT RESERVATION FORM — FALL 2026</w:t>
      </w:r>
    </w:p>
    <w:p w14:paraId="1C93B92C" w14:textId="77777777" w:rsidR="00881FEE" w:rsidRDefault="00000000">
      <w:pPr>
        <w:jc w:val="center"/>
      </w:pPr>
      <w:r>
        <w:rPr>
          <w:sz w:val="18"/>
        </w:rPr>
        <w:t>Equipment Room • Room 113 WARF-PICKLE • (423) 439-4175 • equipmentroom@etsu.edu</w:t>
      </w:r>
    </w:p>
    <w:p w14:paraId="6A339477" w14:textId="77777777" w:rsidR="00881FEE" w:rsidRDefault="00000000">
      <w:r>
        <w:rPr>
          <w:b/>
        </w:rPr>
        <w:t>Handicap access to the first floor: Enter on the 2nd floor through the sliding doors and take the first elevator down to the first floor of Warf-Pickle.</w:t>
      </w:r>
    </w:p>
    <w:p w14:paraId="57D37E02" w14:textId="77777777" w:rsidR="00881FEE" w:rsidRDefault="00000000">
      <w:r>
        <w:rPr>
          <w:b/>
        </w:rPr>
        <w:t>There are four loading zone spaces located right outside the first-floor entrance next to the Equipment Room that you are welcome to use to load and unload equipment.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881FEE" w14:paraId="7F64940A" w14:textId="77777777">
        <w:trPr>
          <w:cantSplit/>
          <w:jc w:val="center"/>
        </w:trPr>
        <w:tc>
          <w:tcPr>
            <w:tcW w:w="10368" w:type="dxa"/>
            <w:shd w:val="clear" w:color="auto" w:fill="F2F2F2"/>
            <w:tcMar>
              <w:top w:w="130" w:type="dxa"/>
              <w:left w:w="140" w:type="dxa"/>
              <w:bottom w:w="130" w:type="dxa"/>
              <w:right w:w="140" w:type="dxa"/>
            </w:tcMar>
            <w:vAlign w:val="center"/>
          </w:tcPr>
          <w:p w14:paraId="6795F854" w14:textId="77777777" w:rsidR="00881FEE" w:rsidRDefault="00000000">
            <w:pPr>
              <w:spacing w:after="0"/>
            </w:pPr>
            <w:r>
              <w:rPr>
                <w:b/>
              </w:rPr>
              <w:t xml:space="preserve">Hours: </w:t>
            </w:r>
            <w:r>
              <w:t xml:space="preserve">Monday–Thursday, 9:00 AM–4:00 PM. </w:t>
            </w:r>
            <w:r>
              <w:rPr>
                <w:b/>
              </w:rPr>
              <w:t xml:space="preserve">Return deadline: </w:t>
            </w:r>
            <w:r>
              <w:t>12:00 PM the next business day.</w:t>
            </w:r>
          </w:p>
        </w:tc>
      </w:tr>
    </w:tbl>
    <w:p w14:paraId="5090488E" w14:textId="77777777" w:rsidR="00881FEE" w:rsidRDefault="00000000">
      <w:pPr>
        <w:pStyle w:val="Heading1"/>
        <w:spacing w:before="200" w:after="80"/>
      </w:pPr>
      <w:r>
        <w:t>Reservation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2"/>
        <w:gridCol w:w="7128"/>
      </w:tblGrid>
      <w:tr w:rsidR="00881FEE" w14:paraId="5F277B8D" w14:textId="77777777">
        <w:trPr>
          <w:cantSplit/>
          <w:jc w:val="center"/>
        </w:trPr>
        <w:tc>
          <w:tcPr>
            <w:tcW w:w="2952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3C5244" w14:textId="77777777" w:rsidR="00881FEE" w:rsidRDefault="00000000">
            <w:r>
              <w:rPr>
                <w:b/>
              </w:rPr>
              <w:t>Pickup date and time</w:t>
            </w:r>
          </w:p>
        </w:tc>
        <w:tc>
          <w:tcPr>
            <w:tcW w:w="71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2CDD03" w14:textId="77777777" w:rsidR="00881FEE" w:rsidRDefault="00000000">
            <w:pPr>
              <w:spacing w:after="0"/>
            </w:pPr>
            <w:sdt>
              <w:sdtPr>
                <w:alias w:val="Enter pickup date and time"/>
                <w:tag w:val="pickup_date_time"/>
                <w:id w:val="698585111"/>
                <w:text/>
              </w:sdtPr>
              <w:sdtContent>
                <w:r>
                  <w:t>Enter pickup date and time</w:t>
                </w:r>
              </w:sdtContent>
            </w:sdt>
          </w:p>
        </w:tc>
      </w:tr>
      <w:tr w:rsidR="00881FEE" w14:paraId="5150D1E0" w14:textId="77777777">
        <w:trPr>
          <w:cantSplit/>
          <w:jc w:val="center"/>
        </w:trPr>
        <w:tc>
          <w:tcPr>
            <w:tcW w:w="2952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BBCAA9" w14:textId="77777777" w:rsidR="00881FEE" w:rsidRDefault="00000000">
            <w:r>
              <w:rPr>
                <w:b/>
              </w:rPr>
              <w:t>Student name</w:t>
            </w:r>
          </w:p>
        </w:tc>
        <w:tc>
          <w:tcPr>
            <w:tcW w:w="71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5A613B" w14:textId="77777777" w:rsidR="00881FEE" w:rsidRDefault="00000000">
            <w:pPr>
              <w:spacing w:after="0"/>
            </w:pPr>
            <w:sdt>
              <w:sdtPr>
                <w:alias w:val="Enter student name"/>
                <w:tag w:val="student_name"/>
                <w:id w:val="278543591"/>
                <w:text/>
              </w:sdtPr>
              <w:sdtContent>
                <w:r>
                  <w:t>Enter student name</w:t>
                </w:r>
              </w:sdtContent>
            </w:sdt>
          </w:p>
        </w:tc>
      </w:tr>
      <w:tr w:rsidR="00881FEE" w14:paraId="709FD61E" w14:textId="77777777">
        <w:trPr>
          <w:cantSplit/>
          <w:jc w:val="center"/>
        </w:trPr>
        <w:tc>
          <w:tcPr>
            <w:tcW w:w="2952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90561E" w14:textId="77777777" w:rsidR="00881FEE" w:rsidRDefault="00000000">
            <w:r>
              <w:rPr>
                <w:b/>
              </w:rPr>
              <w:t>Email address</w:t>
            </w:r>
          </w:p>
        </w:tc>
        <w:tc>
          <w:tcPr>
            <w:tcW w:w="71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448B46" w14:textId="77777777" w:rsidR="00881FEE" w:rsidRDefault="00000000">
            <w:pPr>
              <w:spacing w:after="0"/>
            </w:pPr>
            <w:sdt>
              <w:sdtPr>
                <w:alias w:val="Enter email address"/>
                <w:tag w:val="email"/>
                <w:id w:val="-947156234"/>
                <w:text/>
              </w:sdtPr>
              <w:sdtContent>
                <w:r>
                  <w:t>Enter email address</w:t>
                </w:r>
              </w:sdtContent>
            </w:sdt>
          </w:p>
        </w:tc>
      </w:tr>
      <w:tr w:rsidR="00881FEE" w14:paraId="38F8B28B" w14:textId="77777777">
        <w:trPr>
          <w:cantSplit/>
          <w:jc w:val="center"/>
        </w:trPr>
        <w:tc>
          <w:tcPr>
            <w:tcW w:w="2952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E626FF" w14:textId="77777777" w:rsidR="00881FEE" w:rsidRDefault="00000000">
            <w:r>
              <w:rPr>
                <w:b/>
              </w:rPr>
              <w:t>Phone number</w:t>
            </w:r>
          </w:p>
        </w:tc>
        <w:tc>
          <w:tcPr>
            <w:tcW w:w="71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72E645" w14:textId="77777777" w:rsidR="00881FEE" w:rsidRDefault="00000000">
            <w:pPr>
              <w:spacing w:after="0"/>
            </w:pPr>
            <w:sdt>
              <w:sdtPr>
                <w:alias w:val="Enter phone number"/>
                <w:tag w:val="phone"/>
                <w:id w:val="1832875383"/>
                <w:text/>
              </w:sdtPr>
              <w:sdtContent>
                <w:r>
                  <w:t>Enter phone number</w:t>
                </w:r>
              </w:sdtContent>
            </w:sdt>
          </w:p>
        </w:tc>
      </w:tr>
      <w:tr w:rsidR="00881FEE" w14:paraId="613684AC" w14:textId="77777777">
        <w:trPr>
          <w:cantSplit/>
          <w:jc w:val="center"/>
        </w:trPr>
        <w:tc>
          <w:tcPr>
            <w:tcW w:w="2952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E6514B" w14:textId="77777777" w:rsidR="00881FEE" w:rsidRDefault="00000000">
            <w:r>
              <w:rPr>
                <w:b/>
              </w:rPr>
              <w:t>Instructor signature</w:t>
            </w:r>
          </w:p>
        </w:tc>
        <w:tc>
          <w:tcPr>
            <w:tcW w:w="71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9C97913" w14:textId="77777777" w:rsidR="00881FEE" w:rsidRDefault="00000000">
            <w:pPr>
              <w:spacing w:after="0"/>
            </w:pPr>
            <w:sdt>
              <w:sdtPr>
                <w:alias w:val="Enter instructor signature"/>
                <w:tag w:val="instructor_signature"/>
                <w:id w:val="-1243938434"/>
                <w:text/>
              </w:sdtPr>
              <w:sdtContent>
                <w:r>
                  <w:t>Enter instructor signature</w:t>
                </w:r>
              </w:sdtContent>
            </w:sdt>
          </w:p>
        </w:tc>
      </w:tr>
      <w:tr w:rsidR="00881FEE" w14:paraId="1162536B" w14:textId="77777777">
        <w:trPr>
          <w:cantSplit/>
          <w:jc w:val="center"/>
        </w:trPr>
        <w:tc>
          <w:tcPr>
            <w:tcW w:w="2952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8CB239" w14:textId="77777777" w:rsidR="00881FEE" w:rsidRDefault="00000000">
            <w:r>
              <w:rPr>
                <w:b/>
              </w:rPr>
              <w:t>Class / project</w:t>
            </w:r>
          </w:p>
        </w:tc>
        <w:tc>
          <w:tcPr>
            <w:tcW w:w="71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9DF239" w14:textId="77777777" w:rsidR="00881FEE" w:rsidRDefault="00000000">
            <w:pPr>
              <w:spacing w:after="0"/>
            </w:pPr>
            <w:sdt>
              <w:sdtPr>
                <w:alias w:val="Enter class / project"/>
                <w:tag w:val="class_project"/>
                <w:id w:val="-1955389678"/>
                <w:text/>
              </w:sdtPr>
              <w:sdtContent>
                <w:r>
                  <w:t>Enter class / project</w:t>
                </w:r>
              </w:sdtContent>
            </w:sdt>
          </w:p>
        </w:tc>
      </w:tr>
      <w:tr w:rsidR="00881FEE" w14:paraId="1E3A8184" w14:textId="77777777">
        <w:trPr>
          <w:cantSplit/>
          <w:jc w:val="center"/>
        </w:trPr>
        <w:tc>
          <w:tcPr>
            <w:tcW w:w="2952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26FA21" w14:textId="77777777" w:rsidR="00881FEE" w:rsidRDefault="00000000">
            <w:r>
              <w:rPr>
                <w:b/>
              </w:rPr>
              <w:t>Other notes</w:t>
            </w:r>
          </w:p>
        </w:tc>
        <w:tc>
          <w:tcPr>
            <w:tcW w:w="71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65677B0" w14:textId="77777777" w:rsidR="00881FEE" w:rsidRDefault="00000000">
            <w:pPr>
              <w:spacing w:after="0"/>
            </w:pPr>
            <w:sdt>
              <w:sdtPr>
                <w:alias w:val="Enter other notes"/>
                <w:tag w:val="other_notes"/>
                <w:id w:val="970709663"/>
                <w:text/>
              </w:sdtPr>
              <w:sdtContent>
                <w:r>
                  <w:t>Enter other notes</w:t>
                </w:r>
              </w:sdtContent>
            </w:sdt>
          </w:p>
        </w:tc>
      </w:tr>
    </w:tbl>
    <w:p w14:paraId="458771FB" w14:textId="77777777" w:rsidR="00881FEE" w:rsidRDefault="00000000">
      <w:r>
        <w:rPr>
          <w:b/>
        </w:rPr>
        <w:t xml:space="preserve">Equipment names and current availability: </w:t>
      </w:r>
      <w:r>
        <w:t>Please check the equipment catalog for specific names if needed:</w:t>
      </w:r>
      <w:hyperlink r:id="rId8">
        <w:r>
          <w:rPr>
            <w:u w:val="single"/>
          </w:rPr>
          <w:t>16203.rmwebopac.com/search</w:t>
        </w:r>
      </w:hyperlink>
    </w:p>
    <w:p w14:paraId="782C7988" w14:textId="77777777" w:rsidR="00881FEE" w:rsidRDefault="00000000">
      <w:r>
        <w:br w:type="page"/>
      </w:r>
    </w:p>
    <w:p w14:paraId="5D3F3DF5" w14:textId="77777777" w:rsidR="00881FEE" w:rsidRDefault="00000000">
      <w:pPr>
        <w:pStyle w:val="Heading1"/>
        <w:spacing w:before="200" w:after="80"/>
      </w:pPr>
      <w:r>
        <w:lastRenderedPageBreak/>
        <w:t>Cameras</w:t>
      </w:r>
    </w:p>
    <w:p w14:paraId="5E38BAE4" w14:textId="77777777" w:rsidR="00881FEE" w:rsidRDefault="00000000">
      <w:pPr>
        <w:spacing w:after="80"/>
      </w:pPr>
      <w:r>
        <w:t>All cameras include SD cards and batteries unless otherwise noted.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6408"/>
      </w:tblGrid>
      <w:tr w:rsidR="00881FEE" w14:paraId="79ADFFA8" w14:textId="77777777">
        <w:trPr>
          <w:cantSplit/>
          <w:tblHeader/>
          <w:jc w:val="center"/>
        </w:trPr>
        <w:tc>
          <w:tcPr>
            <w:tcW w:w="3672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166A355" w14:textId="77777777" w:rsidR="00881FEE" w:rsidRDefault="00000000">
            <w:r>
              <w:rPr>
                <w:b/>
              </w:rPr>
              <w:t>Select equipment</w:t>
            </w:r>
          </w:p>
        </w:tc>
        <w:tc>
          <w:tcPr>
            <w:tcW w:w="6408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994B9F1" w14:textId="77777777" w:rsidR="00881FEE" w:rsidRDefault="00000000">
            <w:r>
              <w:rPr>
                <w:b/>
              </w:rPr>
              <w:t>Included equipment / notes</w:t>
            </w:r>
          </w:p>
        </w:tc>
      </w:tr>
      <w:tr w:rsidR="00881FEE" w14:paraId="5EBA105F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35B736" w14:textId="77777777" w:rsidR="00881FEE" w:rsidRDefault="00000000">
            <w:pPr>
              <w:spacing w:after="0"/>
            </w:pPr>
            <w:sdt>
              <w:sdtPr>
                <w:alias w:val="SONY Z150"/>
                <w:tag w:val="sony_z150"/>
                <w:id w:val="1635522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SONY Z150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C24ABD" w14:textId="77777777" w:rsidR="00881FEE" w:rsidRDefault="00000000">
            <w:pPr>
              <w:spacing w:after="0"/>
            </w:pPr>
            <w:r>
              <w:t>Includes on-board shotgun mic, NP battery, battery charger, 32 GB SD card.</w:t>
            </w:r>
          </w:p>
        </w:tc>
      </w:tr>
      <w:tr w:rsidR="00881FEE" w14:paraId="5117592B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12F2F1" w14:textId="77777777" w:rsidR="00881FEE" w:rsidRDefault="00000000">
            <w:pPr>
              <w:spacing w:after="0"/>
            </w:pPr>
            <w:sdt>
              <w:sdtPr>
                <w:alias w:val="SONY Z200"/>
                <w:tag w:val="sony_z200"/>
                <w:id w:val="41459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SONY Z200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FEC6A4" w14:textId="77777777" w:rsidR="00881FEE" w:rsidRDefault="00000000">
            <w:pPr>
              <w:spacing w:after="0"/>
            </w:pPr>
            <w:r>
              <w:t>Includes on-board shotgun mic, NP battery, battery charger, 128 GB SD card.</w:t>
            </w:r>
          </w:p>
        </w:tc>
      </w:tr>
      <w:tr w:rsidR="00881FEE" w14:paraId="254D369C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C4AD6D" w14:textId="77777777" w:rsidR="00881FEE" w:rsidRDefault="00000000">
            <w:pPr>
              <w:spacing w:after="0"/>
            </w:pPr>
            <w:sdt>
              <w:sdtPr>
                <w:alias w:val="CANON REBEL DSLR"/>
                <w:tag w:val="canon_rebel_dslr"/>
                <w:id w:val="1047564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CANON REBEL DSLR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3DEA2B" w14:textId="77777777" w:rsidR="00881FEE" w:rsidRDefault="00000000">
            <w:pPr>
              <w:spacing w:after="0"/>
            </w:pPr>
            <w:r>
              <w:t>Rebel T7i or Rebel T5i; LP-E8 or EN-EL20 battery, 2 lenses, battery charger, 32 GB SD card.</w:t>
            </w:r>
          </w:p>
        </w:tc>
      </w:tr>
      <w:tr w:rsidR="00881FEE" w14:paraId="678A610F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34C0FC" w14:textId="77777777" w:rsidR="00881FEE" w:rsidRDefault="00000000">
            <w:pPr>
              <w:spacing w:after="0"/>
            </w:pPr>
            <w:sdt>
              <w:sdtPr>
                <w:alias w:val="SONY a7III"/>
                <w:tag w:val="sony_a7iii"/>
                <w:id w:val="-569733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SONY a7III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DC53DE" w14:textId="77777777" w:rsidR="00881FEE" w:rsidRDefault="00000000">
            <w:pPr>
              <w:spacing w:after="0"/>
            </w:pPr>
            <w:r>
              <w:t>Monitor, lens, A7 battery, NP battery, 2 battery chargers, 32 or 64 GB SD card.</w:t>
            </w:r>
          </w:p>
        </w:tc>
      </w:tr>
      <w:tr w:rsidR="00881FEE" w14:paraId="41E489A9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BA6E7E" w14:textId="77777777" w:rsidR="00881FEE" w:rsidRDefault="00000000">
            <w:pPr>
              <w:spacing w:after="0"/>
            </w:pPr>
            <w:sdt>
              <w:sdtPr>
                <w:alias w:val="PANASONIC EVA"/>
                <w:tag w:val="panasonic_eva"/>
                <w:id w:val="-100598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PANASONIC EVA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2D9CC9" w14:textId="77777777" w:rsidR="00881FEE" w:rsidRDefault="00000000">
            <w:pPr>
              <w:spacing w:after="0"/>
            </w:pPr>
            <w:r>
              <w:t>BATTERIES DO NOT COME CHARGED. Monitor, shoulder rig, light meter, 2 Panasonic AG-VBR89 batteries + charger, 64 or 128 GB SD card.</w:t>
            </w:r>
          </w:p>
        </w:tc>
      </w:tr>
      <w:tr w:rsidR="00881FEE" w14:paraId="448E9A4B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81EC89" w14:textId="77777777" w:rsidR="00881FEE" w:rsidRDefault="00000000">
            <w:pPr>
              <w:spacing w:after="0"/>
            </w:pPr>
            <w:sdt>
              <w:sdtPr>
                <w:alias w:val="SONY FX 6"/>
                <w:tag w:val="sony_fx_6"/>
                <w:id w:val="-183598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SONY FX 6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5C434C" w14:textId="77777777" w:rsidR="00881FEE" w:rsidRDefault="00000000">
            <w:pPr>
              <w:spacing w:after="0"/>
            </w:pPr>
            <w:r>
              <w:t>BATTERIES DO NOT COME CHARGED. Includes monitor, shoulder rig, 2 BP-U100 batteries, 2 CFexpress Type A cards in case.</w:t>
            </w:r>
          </w:p>
        </w:tc>
      </w:tr>
    </w:tbl>
    <w:p w14:paraId="2DC2075D" w14:textId="77777777" w:rsidR="00881FEE" w:rsidRDefault="00000000">
      <w:pPr>
        <w:pStyle w:val="Heading1"/>
        <w:spacing w:before="200" w:after="80"/>
      </w:pPr>
      <w:r>
        <w:t>Camera Support and Accessories</w:t>
      </w:r>
    </w:p>
    <w:p w14:paraId="07A145A4" w14:textId="77777777" w:rsidR="00881FEE" w:rsidRDefault="00881FEE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6408"/>
      </w:tblGrid>
      <w:tr w:rsidR="00881FEE" w14:paraId="32B23A2C" w14:textId="77777777">
        <w:trPr>
          <w:cantSplit/>
          <w:tblHeader/>
          <w:jc w:val="center"/>
        </w:trPr>
        <w:tc>
          <w:tcPr>
            <w:tcW w:w="3672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0F969A9" w14:textId="77777777" w:rsidR="00881FEE" w:rsidRDefault="00000000">
            <w:r>
              <w:rPr>
                <w:b/>
              </w:rPr>
              <w:t>Select equipment</w:t>
            </w:r>
          </w:p>
        </w:tc>
        <w:tc>
          <w:tcPr>
            <w:tcW w:w="6408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B57645F" w14:textId="77777777" w:rsidR="00881FEE" w:rsidRDefault="00000000">
            <w:r>
              <w:rPr>
                <w:b/>
              </w:rPr>
              <w:t>Included equipment / notes</w:t>
            </w:r>
          </w:p>
        </w:tc>
      </w:tr>
      <w:tr w:rsidR="00881FEE" w14:paraId="4E402CFB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6E8385" w14:textId="77777777" w:rsidR="00881FEE" w:rsidRDefault="00000000">
            <w:pPr>
              <w:spacing w:after="0"/>
            </w:pPr>
            <w:sdt>
              <w:sdtPr>
                <w:alias w:val="TRIPOD / PLATE"/>
                <w:tag w:val="tripod_plate"/>
                <w:id w:val="6839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TRIPOD / PLATE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B887D7" w14:textId="77777777" w:rsidR="00881FEE" w:rsidRDefault="00000000">
            <w:pPr>
              <w:spacing w:after="0"/>
            </w:pPr>
            <w:r>
              <w:t>—</w:t>
            </w:r>
          </w:p>
        </w:tc>
      </w:tr>
      <w:tr w:rsidR="00881FEE" w14:paraId="5792519C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0A65FD" w14:textId="77777777" w:rsidR="00881FEE" w:rsidRDefault="00000000">
            <w:pPr>
              <w:spacing w:after="0"/>
            </w:pPr>
            <w:sdt>
              <w:sdtPr>
                <w:alias w:val="SLATE"/>
                <w:tag w:val="slate"/>
                <w:id w:val="103415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SLATE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F7555B" w14:textId="77777777" w:rsidR="00881FEE" w:rsidRDefault="00000000">
            <w:pPr>
              <w:spacing w:after="0"/>
            </w:pPr>
            <w:r>
              <w:t>—</w:t>
            </w:r>
          </w:p>
        </w:tc>
      </w:tr>
      <w:tr w:rsidR="00881FEE" w14:paraId="75135FD6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51A770" w14:textId="77777777" w:rsidR="00881FEE" w:rsidRDefault="00000000">
            <w:pPr>
              <w:spacing w:after="0"/>
            </w:pPr>
            <w:sdt>
              <w:sdtPr>
                <w:alias w:val="ROKINON LENS KIT — E MOUNT"/>
                <w:tag w:val="rokinon_lens_kit_e_mount"/>
                <w:id w:val="1973946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ROKINON LENS KIT — E MOUNT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913E65" w14:textId="77777777" w:rsidR="00881FEE" w:rsidRDefault="00000000">
            <w:pPr>
              <w:spacing w:after="0"/>
            </w:pPr>
            <w:r>
              <w:t>—</w:t>
            </w:r>
          </w:p>
        </w:tc>
      </w:tr>
      <w:tr w:rsidR="00881FEE" w14:paraId="5C9EDA3F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5088F6" w14:textId="77777777" w:rsidR="00881FEE" w:rsidRDefault="00000000">
            <w:pPr>
              <w:spacing w:after="0"/>
            </w:pPr>
            <w:sdt>
              <w:sdtPr>
                <w:alias w:val="ROKINON LENS KIT — EF MOUNT"/>
                <w:tag w:val="rokinon_lens_kit_ef_mount"/>
                <w:id w:val="44851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ROKINON LENS KIT — EF MOUNT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A2EE5A" w14:textId="77777777" w:rsidR="00881FEE" w:rsidRDefault="00000000">
            <w:pPr>
              <w:spacing w:after="0"/>
            </w:pPr>
            <w:r>
              <w:t>—</w:t>
            </w:r>
          </w:p>
        </w:tc>
      </w:tr>
      <w:tr w:rsidR="00881FEE" w14:paraId="4FFB93D1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2794C7" w14:textId="77777777" w:rsidR="00881FEE" w:rsidRDefault="00000000">
            <w:pPr>
              <w:spacing w:after="0"/>
            </w:pPr>
            <w:sdt>
              <w:sdtPr>
                <w:alias w:val="GIMBAL"/>
                <w:tag w:val="gimbal"/>
                <w:id w:val="42462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GIMBAL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8373BA" w14:textId="77777777" w:rsidR="00881FEE" w:rsidRDefault="00000000">
            <w:pPr>
              <w:spacing w:after="0"/>
            </w:pPr>
            <w:r>
              <w:t>ZHIYUN: small camera / A7 &amp; Rebel support; R2: larger cameras only.</w:t>
            </w:r>
          </w:p>
        </w:tc>
      </w:tr>
      <w:tr w:rsidR="00881FEE" w14:paraId="7B28EA2A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628C53" w14:textId="77777777" w:rsidR="00881FEE" w:rsidRDefault="00000000">
            <w:pPr>
              <w:spacing w:after="0"/>
            </w:pPr>
            <w:sdt>
              <w:sdtPr>
                <w:alias w:val="SNORRICAM"/>
                <w:tag w:val="snorricam"/>
                <w:id w:val="-145863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SNORRICAM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AE05FF" w14:textId="77777777" w:rsidR="00881FEE" w:rsidRDefault="00000000">
            <w:pPr>
              <w:spacing w:after="0"/>
            </w:pPr>
            <w:r>
              <w:t>Small camera / A7 &amp; Rebel support.</w:t>
            </w:r>
          </w:p>
        </w:tc>
      </w:tr>
      <w:tr w:rsidR="00881FEE" w14:paraId="245B73B9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AC5374" w14:textId="77777777" w:rsidR="00881FEE" w:rsidRDefault="00000000">
            <w:pPr>
              <w:spacing w:after="0"/>
            </w:pPr>
            <w:sdt>
              <w:sdtPr>
                <w:alias w:val="SOFT BOX"/>
                <w:tag w:val="soft_box"/>
                <w:id w:val="-177655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SOFT BOX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0A6F44" w14:textId="77777777" w:rsidR="00881FEE" w:rsidRDefault="00000000">
            <w:pPr>
              <w:spacing w:after="0"/>
            </w:pPr>
            <w:r>
              <w:t>—</w:t>
            </w:r>
          </w:p>
        </w:tc>
      </w:tr>
      <w:tr w:rsidR="00881FEE" w14:paraId="5AD86355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7348E3" w14:textId="77777777" w:rsidR="00881FEE" w:rsidRDefault="00000000">
            <w:pPr>
              <w:spacing w:after="0"/>
            </w:pPr>
            <w:sdt>
              <w:sdtPr>
                <w:alias w:val="REFLECTOR"/>
                <w:tag w:val="reflector"/>
                <w:id w:val="-1238930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REFLECTOR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C00DA5" w14:textId="77777777" w:rsidR="00881FEE" w:rsidRDefault="00000000">
            <w:pPr>
              <w:spacing w:after="0"/>
            </w:pPr>
            <w:r>
              <w:t>Please indicate silver or gold.</w:t>
            </w:r>
          </w:p>
        </w:tc>
      </w:tr>
    </w:tbl>
    <w:p w14:paraId="3A679F67" w14:textId="77777777" w:rsidR="00881FEE" w:rsidRDefault="00000000">
      <w:pPr>
        <w:pStyle w:val="Heading1"/>
        <w:spacing w:before="200" w:after="80"/>
      </w:pPr>
      <w:r>
        <w:t>Lighting</w:t>
      </w:r>
    </w:p>
    <w:p w14:paraId="345AFEFF" w14:textId="77777777" w:rsidR="00881FEE" w:rsidRDefault="00000000">
      <w:pPr>
        <w:spacing w:after="80"/>
      </w:pPr>
      <w:r>
        <w:t>Lighting equipment comes with batteries and/or power cables unless otherwise noted.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6408"/>
      </w:tblGrid>
      <w:tr w:rsidR="00881FEE" w14:paraId="682A94FF" w14:textId="77777777">
        <w:trPr>
          <w:cantSplit/>
          <w:tblHeader/>
          <w:jc w:val="center"/>
        </w:trPr>
        <w:tc>
          <w:tcPr>
            <w:tcW w:w="3672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1F5488B" w14:textId="77777777" w:rsidR="00881FEE" w:rsidRDefault="00000000">
            <w:r>
              <w:rPr>
                <w:b/>
              </w:rPr>
              <w:t>Select equipment</w:t>
            </w:r>
          </w:p>
        </w:tc>
        <w:tc>
          <w:tcPr>
            <w:tcW w:w="6408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9ECB00C" w14:textId="77777777" w:rsidR="00881FEE" w:rsidRDefault="00000000">
            <w:r>
              <w:rPr>
                <w:b/>
              </w:rPr>
              <w:t>Included equipment / notes</w:t>
            </w:r>
          </w:p>
        </w:tc>
      </w:tr>
      <w:tr w:rsidR="00881FEE" w14:paraId="1F9DFF5B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A2F645" w14:textId="77777777" w:rsidR="00881FEE" w:rsidRDefault="00000000">
            <w:pPr>
              <w:spacing w:after="0"/>
            </w:pPr>
            <w:sdt>
              <w:sdtPr>
                <w:alias w:val="APUTURE 60x"/>
                <w:tag w:val="aputure_60x"/>
                <w:id w:val="-44100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APUTURE 60x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CE83AB" w14:textId="77777777" w:rsidR="00881FEE" w:rsidRDefault="00000000">
            <w:pPr>
              <w:spacing w:after="0"/>
            </w:pPr>
            <w:r>
              <w:t>Aputure stand, 2 NP batteries, 1 CCT light.</w:t>
            </w:r>
          </w:p>
        </w:tc>
      </w:tr>
      <w:tr w:rsidR="00881FEE" w14:paraId="6D3820C1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59FD6F" w14:textId="77777777" w:rsidR="00881FEE" w:rsidRDefault="00000000">
            <w:pPr>
              <w:spacing w:after="0"/>
            </w:pPr>
            <w:sdt>
              <w:sdtPr>
                <w:alias w:val="APUTURE 120d"/>
                <w:tag w:val="aputure_120d"/>
                <w:id w:val="-209187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APUTURE 120d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5C47B8" w14:textId="77777777" w:rsidR="00881FEE" w:rsidRDefault="00000000">
            <w:pPr>
              <w:spacing w:after="0"/>
            </w:pPr>
            <w:r>
              <w:t>Aputure stand, Gold Mount battery, 1 daylight light.</w:t>
            </w:r>
          </w:p>
        </w:tc>
      </w:tr>
      <w:tr w:rsidR="00881FEE" w14:paraId="0BCC2BFA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4D6DD2" w14:textId="77777777" w:rsidR="00881FEE" w:rsidRDefault="00000000">
            <w:pPr>
              <w:spacing w:after="0"/>
            </w:pPr>
            <w:sdt>
              <w:sdtPr>
                <w:alias w:val="AMARAN 200x"/>
                <w:tag w:val="amaran_200x"/>
                <w:id w:val="-36945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AMARAN 200x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7AE5BC" w14:textId="77777777" w:rsidR="00881FEE" w:rsidRDefault="00000000">
            <w:pPr>
              <w:spacing w:after="0"/>
            </w:pPr>
            <w:r>
              <w:t>Aputure stand, power cables only, 1 CCT light.</w:t>
            </w:r>
          </w:p>
        </w:tc>
      </w:tr>
      <w:tr w:rsidR="00881FEE" w14:paraId="46ABF912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BFBEA8" w14:textId="77777777" w:rsidR="00881FEE" w:rsidRDefault="00000000">
            <w:pPr>
              <w:spacing w:after="0"/>
            </w:pPr>
            <w:sdt>
              <w:sdtPr>
                <w:alias w:val="APUTURE 300x"/>
                <w:tag w:val="aputure_300x"/>
                <w:id w:val="1507863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APUTURE 300x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020CA6" w14:textId="77777777" w:rsidR="00881FEE" w:rsidRDefault="00000000">
            <w:pPr>
              <w:spacing w:after="0"/>
            </w:pPr>
            <w:r>
              <w:t>Century stand, Gold Mount battery, 1 CCT light.</w:t>
            </w:r>
          </w:p>
        </w:tc>
      </w:tr>
      <w:tr w:rsidR="00881FEE" w14:paraId="2763CFDD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7F0D4B" w14:textId="77777777" w:rsidR="00881FEE" w:rsidRDefault="00000000">
            <w:pPr>
              <w:spacing w:after="0"/>
            </w:pPr>
            <w:sdt>
              <w:sdtPr>
                <w:alias w:val="APUTURE 600x"/>
                <w:tag w:val="aputure_600x"/>
                <w:id w:val="-178680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APUTURE 600x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2DCECF" w14:textId="77777777" w:rsidR="00881FEE" w:rsidRDefault="00000000">
            <w:pPr>
              <w:spacing w:after="0"/>
            </w:pPr>
            <w:r>
              <w:t>Century stand, 2 Gold Mount batteries, 1 CCT light.</w:t>
            </w:r>
          </w:p>
        </w:tc>
      </w:tr>
      <w:tr w:rsidR="00881FEE" w14:paraId="3ACC2747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2A2415" w14:textId="77777777" w:rsidR="00881FEE" w:rsidRDefault="00000000">
            <w:pPr>
              <w:spacing w:after="0"/>
            </w:pPr>
            <w:sdt>
              <w:sdtPr>
                <w:alias w:val="NAN LIGHTS"/>
                <w:tag w:val="nan_lights"/>
                <w:id w:val="-42095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NAN LIGHTS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B70874" w14:textId="77777777" w:rsidR="00881FEE" w:rsidRDefault="00000000">
            <w:pPr>
              <w:spacing w:after="0"/>
            </w:pPr>
            <w:r>
              <w:t>4 Aputure stands, support kit included, 2 power cables, 4 CCT/RGB Nan lights.</w:t>
            </w:r>
          </w:p>
        </w:tc>
      </w:tr>
      <w:tr w:rsidR="00881FEE" w14:paraId="7544D06C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0BA02A" w14:textId="77777777" w:rsidR="00881FEE" w:rsidRDefault="00000000">
            <w:pPr>
              <w:spacing w:after="0"/>
            </w:pPr>
            <w:sdt>
              <w:sdtPr>
                <w:alias w:val="NAN LIGHT KIT"/>
                <w:tag w:val="nan_light_kit"/>
                <w:id w:val="59204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NAN LIGHT KIT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0C4F23" w14:textId="77777777" w:rsidR="00881FEE" w:rsidRDefault="00000000">
            <w:pPr>
              <w:spacing w:after="0"/>
            </w:pPr>
            <w:r>
              <w:t>4 Nan lights, 5 power cables, 4 floor tripods, Forza 60C light, barn doors, clamps.</w:t>
            </w:r>
          </w:p>
        </w:tc>
      </w:tr>
      <w:tr w:rsidR="00881FEE" w14:paraId="23F96280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FCAFD9" w14:textId="77777777" w:rsidR="00881FEE" w:rsidRDefault="00000000">
            <w:pPr>
              <w:spacing w:after="0"/>
            </w:pPr>
            <w:sdt>
              <w:sdtPr>
                <w:alias w:val="SIRUI H99 PRO KIT"/>
                <w:tag w:val="sirui_h99_pro_kit"/>
                <w:id w:val="211277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SIRUI H99 PRO KIT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F31855" w14:textId="77777777" w:rsidR="00881FEE" w:rsidRDefault="00000000">
            <w:pPr>
              <w:spacing w:after="0"/>
            </w:pPr>
            <w:r>
              <w:t>DOES NOT COME CHARGED. Softbox, Bowens mount adapter, tripod/plate, light and stand adapter, 3 charging cables.</w:t>
            </w:r>
          </w:p>
        </w:tc>
      </w:tr>
      <w:tr w:rsidR="00881FEE" w14:paraId="37E63ABA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449860" w14:textId="77777777" w:rsidR="00881FEE" w:rsidRDefault="00000000">
            <w:pPr>
              <w:spacing w:after="0"/>
            </w:pPr>
            <w:sdt>
              <w:sdtPr>
                <w:alias w:val="LOWEL BLENDER KIT"/>
                <w:tag w:val="lowel_blender_kit"/>
                <w:id w:val="-54844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LOWEL BLENDER KIT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96667B" w14:textId="77777777" w:rsidR="00881FEE" w:rsidRDefault="00000000">
            <w:pPr>
              <w:spacing w:after="0"/>
            </w:pPr>
            <w:r>
              <w:t>1 stand included in case, NP battery, power cable, 1 tungsten light.</w:t>
            </w:r>
          </w:p>
        </w:tc>
      </w:tr>
      <w:tr w:rsidR="00881FEE" w14:paraId="321F60FE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67B456" w14:textId="77777777" w:rsidR="00881FEE" w:rsidRDefault="00000000">
            <w:pPr>
              <w:spacing w:after="0"/>
            </w:pPr>
            <w:sdt>
              <w:sdtPr>
                <w:alias w:val="LOWEL MULTI KIT"/>
                <w:tag w:val="lowel_multi_kit"/>
                <w:id w:val="172340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LOWEL MULTI KIT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7DF4A7" w14:textId="77777777" w:rsidR="00881FEE" w:rsidRDefault="00000000">
            <w:pPr>
              <w:spacing w:after="0"/>
            </w:pPr>
            <w:r>
              <w:t>2 stands included in case, 2 power cables, 2 tungsten lights — Lowel DP PRO.</w:t>
            </w:r>
          </w:p>
        </w:tc>
      </w:tr>
      <w:tr w:rsidR="00881FEE" w14:paraId="2429E21B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D8BE32" w14:textId="77777777" w:rsidR="00881FEE" w:rsidRDefault="00000000">
            <w:pPr>
              <w:spacing w:after="0"/>
            </w:pPr>
            <w:sdt>
              <w:sdtPr>
                <w:alias w:val="SMALL / MINI LED"/>
                <w:tag w:val="small_mini_led"/>
                <w:id w:val="175739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SMALL / MINI LED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0580C5" w14:textId="77777777" w:rsidR="00881FEE" w:rsidRDefault="00000000">
            <w:pPr>
              <w:spacing w:after="0"/>
            </w:pPr>
            <w:r>
              <w:t>On-camera CCT light.</w:t>
            </w:r>
          </w:p>
        </w:tc>
      </w:tr>
      <w:tr w:rsidR="00881FEE" w14:paraId="3AFB2002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D3E5CB" w14:textId="77777777" w:rsidR="00881FEE" w:rsidRDefault="00000000">
            <w:pPr>
              <w:spacing w:after="0"/>
            </w:pPr>
            <w:sdt>
              <w:sdtPr>
                <w:alias w:val="APUTURE MINIS 4-PACK"/>
                <w:tag w:val="aputure_minis_4_pack"/>
                <w:id w:val="175355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APUTURE MINIS 4-PACK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23A198" w14:textId="77777777" w:rsidR="00881FEE" w:rsidRDefault="00000000">
            <w:pPr>
              <w:spacing w:after="0"/>
            </w:pPr>
            <w:r>
              <w:t>Accessory kit, charging case + cable, 4 CCT/RGB lights.</w:t>
            </w:r>
          </w:p>
        </w:tc>
      </w:tr>
    </w:tbl>
    <w:p w14:paraId="4F07B3C2" w14:textId="77777777" w:rsidR="00881FEE" w:rsidRDefault="00000000">
      <w:pPr>
        <w:pStyle w:val="Heading1"/>
        <w:spacing w:before="200" w:after="80"/>
      </w:pPr>
      <w:r>
        <w:t>Audio</w:t>
      </w:r>
    </w:p>
    <w:p w14:paraId="7587FACE" w14:textId="77777777" w:rsidR="00881FEE" w:rsidRDefault="00000000">
      <w:pPr>
        <w:spacing w:after="80"/>
      </w:pPr>
      <w:r>
        <w:t>All audio recording devices include SD cards and batteries unless otherwise noted.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6408"/>
      </w:tblGrid>
      <w:tr w:rsidR="00881FEE" w14:paraId="797E9888" w14:textId="77777777">
        <w:trPr>
          <w:cantSplit/>
          <w:tblHeader/>
          <w:jc w:val="center"/>
        </w:trPr>
        <w:tc>
          <w:tcPr>
            <w:tcW w:w="3672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CADAF29" w14:textId="77777777" w:rsidR="00881FEE" w:rsidRDefault="00000000">
            <w:r>
              <w:rPr>
                <w:b/>
              </w:rPr>
              <w:t>Select equipment</w:t>
            </w:r>
          </w:p>
        </w:tc>
        <w:tc>
          <w:tcPr>
            <w:tcW w:w="6408" w:type="dxa"/>
            <w:shd w:val="clear" w:color="auto" w:fill="F2F2F2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E25C18A" w14:textId="77777777" w:rsidR="00881FEE" w:rsidRDefault="00000000">
            <w:r>
              <w:rPr>
                <w:b/>
              </w:rPr>
              <w:t>Included equipment / notes</w:t>
            </w:r>
          </w:p>
        </w:tc>
      </w:tr>
      <w:tr w:rsidR="00881FEE" w14:paraId="2847FACE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AE8B9A" w14:textId="77777777" w:rsidR="00881FEE" w:rsidRDefault="00000000">
            <w:pPr>
              <w:spacing w:after="0"/>
            </w:pPr>
            <w:sdt>
              <w:sdtPr>
                <w:alias w:val="WIRELESS LAV KIT"/>
                <w:tag w:val="wireless_lav_kit"/>
                <w:id w:val="-161812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WIRELESS LAV KIT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2E3F87" w14:textId="77777777" w:rsidR="00881FEE" w:rsidRDefault="00000000">
            <w:pPr>
              <w:spacing w:after="0"/>
            </w:pPr>
            <w:r>
              <w:t>4 rechargeable AA batteries.</w:t>
            </w:r>
          </w:p>
        </w:tc>
      </w:tr>
      <w:tr w:rsidR="00881FEE" w14:paraId="4123DAEC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6D85BA" w14:textId="77777777" w:rsidR="00881FEE" w:rsidRDefault="00000000">
            <w:pPr>
              <w:spacing w:after="0"/>
            </w:pPr>
            <w:sdt>
              <w:sdtPr>
                <w:alias w:val="ON-BOARD SHOTGUN MIC"/>
                <w:tag w:val="on_board_shotgun_mic"/>
                <w:id w:val="-159847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ON-BOARD SHOTGUN MIC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B0290E" w14:textId="77777777" w:rsidR="00881FEE" w:rsidRDefault="00000000">
            <w:pPr>
              <w:spacing w:after="0"/>
            </w:pPr>
            <w:r>
              <w:t>9-volt battery.</w:t>
            </w:r>
          </w:p>
        </w:tc>
      </w:tr>
      <w:tr w:rsidR="00881FEE" w14:paraId="34D52357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926B99" w14:textId="77777777" w:rsidR="00881FEE" w:rsidRDefault="00000000">
            <w:pPr>
              <w:spacing w:after="0"/>
            </w:pPr>
            <w:sdt>
              <w:sdtPr>
                <w:alias w:val="HANDHELD MIC"/>
                <w:tag w:val="handheld_mic"/>
                <w:id w:val="-149772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HANDHELD MIC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369A95" w14:textId="77777777" w:rsidR="00881FEE" w:rsidRDefault="00000000">
            <w:pPr>
              <w:spacing w:after="0"/>
            </w:pPr>
            <w:r>
              <w:t>Includes XLR.</w:t>
            </w:r>
          </w:p>
        </w:tc>
      </w:tr>
      <w:tr w:rsidR="00881FEE" w14:paraId="6D22B491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B998F1" w14:textId="77777777" w:rsidR="00881FEE" w:rsidRDefault="00000000">
            <w:pPr>
              <w:spacing w:after="0"/>
            </w:pPr>
            <w:sdt>
              <w:sdtPr>
                <w:alias w:val="BOOM MIC"/>
                <w:tag w:val="boom_mic"/>
                <w:id w:val="5802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BOOM MIC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2D5BAC" w14:textId="77777777" w:rsidR="00881FEE" w:rsidRDefault="00000000">
            <w:pPr>
              <w:spacing w:after="0"/>
            </w:pPr>
            <w:r>
              <w:t>Comes with boom mic / XLR cable.</w:t>
            </w:r>
          </w:p>
        </w:tc>
      </w:tr>
      <w:tr w:rsidR="00881FEE" w14:paraId="5D1A6E6A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760BC5" w14:textId="77777777" w:rsidR="00881FEE" w:rsidRDefault="00000000">
            <w:pPr>
              <w:spacing w:after="0"/>
            </w:pPr>
            <w:sdt>
              <w:sdtPr>
                <w:alias w:val="HEADPHONES"/>
                <w:tag w:val="headphones"/>
                <w:id w:val="210899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HEADPHONES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AE7064" w14:textId="77777777" w:rsidR="00881FEE" w:rsidRDefault="00000000">
            <w:pPr>
              <w:spacing w:after="0"/>
            </w:pPr>
            <w:r>
              <w:t>—</w:t>
            </w:r>
          </w:p>
        </w:tc>
      </w:tr>
      <w:tr w:rsidR="00881FEE" w14:paraId="64752229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0ABA4A" w14:textId="77777777" w:rsidR="00881FEE" w:rsidRDefault="00000000">
            <w:pPr>
              <w:spacing w:after="0"/>
            </w:pPr>
            <w:sdt>
              <w:sdtPr>
                <w:alias w:val="ZOOM FIELD AUDIO KIT"/>
                <w:tag w:val="zoom_field_audio_kit"/>
                <w:id w:val="169056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ZOOM FIELD AUDIO KIT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99844B" w14:textId="77777777" w:rsidR="00881FEE" w:rsidRDefault="00000000">
            <w:pPr>
              <w:spacing w:after="0"/>
            </w:pPr>
            <w:r>
              <w:t>Boom mic/pole/XLR, headphones, F6 recorder, NP battery, AA battery, 32 GB SD card.</w:t>
            </w:r>
          </w:p>
        </w:tc>
      </w:tr>
      <w:tr w:rsidR="00881FEE" w14:paraId="6012218E" w14:textId="77777777">
        <w:trPr>
          <w:cantSplit/>
          <w:jc w:val="center"/>
        </w:trPr>
        <w:tc>
          <w:tcPr>
            <w:tcW w:w="367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AC74D4" w14:textId="77777777" w:rsidR="00881FEE" w:rsidRDefault="00000000">
            <w:pPr>
              <w:spacing w:after="0"/>
            </w:pPr>
            <w:sdt>
              <w:sdtPr>
                <w:alias w:val="ZOOM H4N RECORDER"/>
                <w:tag w:val="zoom_h4n_recorder"/>
                <w:id w:val="-1652667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t>☐</w:t>
                </w:r>
              </w:sdtContent>
            </w:sdt>
            <w:r>
              <w:t xml:space="preserve"> ZOOM H4N RECORDER</w:t>
            </w:r>
          </w:p>
        </w:tc>
        <w:tc>
          <w:tcPr>
            <w:tcW w:w="64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0AE578" w14:textId="77777777" w:rsidR="00881FEE" w:rsidRDefault="00000000">
            <w:pPr>
              <w:spacing w:after="0"/>
            </w:pPr>
            <w:r>
              <w:t>Recorder only — 32 GB SD card.</w:t>
            </w:r>
          </w:p>
        </w:tc>
      </w:tr>
    </w:tbl>
    <w:p w14:paraId="329E3342" w14:textId="77777777" w:rsidR="00881FEE" w:rsidRDefault="00881FEE"/>
    <w:p w14:paraId="7A212950" w14:textId="77777777" w:rsidR="00881FEE" w:rsidRDefault="00000000">
      <w:pPr>
        <w:pStyle w:val="Heading1"/>
        <w:spacing w:before="200" w:after="80"/>
      </w:pPr>
      <w:r>
        <w:t>Before submitting</w:t>
      </w:r>
    </w:p>
    <w:p w14:paraId="653AE70F" w14:textId="77777777" w:rsidR="00881FEE" w:rsidRDefault="00000000">
      <w:r>
        <w:t>Review your selections and confirm that the pickup date and time, student name, email address, phone number, instructor signature, and class/project information are complete.</w:t>
      </w:r>
    </w:p>
    <w:sectPr w:rsidR="00881FEE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C05D0" w14:textId="77777777" w:rsidR="00456778" w:rsidRDefault="00456778">
      <w:pPr>
        <w:spacing w:after="0" w:line="240" w:lineRule="auto"/>
      </w:pPr>
      <w:r>
        <w:separator/>
      </w:r>
    </w:p>
  </w:endnote>
  <w:endnote w:type="continuationSeparator" w:id="0">
    <w:p w14:paraId="480D9469" w14:textId="77777777" w:rsidR="00456778" w:rsidRDefault="0045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93801" w14:textId="77777777" w:rsidR="00881FEE" w:rsidRDefault="00000000">
    <w:pPr>
      <w:pStyle w:val="Footer"/>
      <w:jc w:val="center"/>
    </w:pPr>
    <w:r>
      <w:rPr>
        <w:sz w:val="16"/>
      </w:rPr>
      <w:t>Fall 2026 Equipment Reservation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60FB8" w14:textId="77777777" w:rsidR="00456778" w:rsidRDefault="00456778">
      <w:pPr>
        <w:spacing w:after="0" w:line="240" w:lineRule="auto"/>
      </w:pPr>
      <w:r>
        <w:separator/>
      </w:r>
    </w:p>
  </w:footnote>
  <w:footnote w:type="continuationSeparator" w:id="0">
    <w:p w14:paraId="24106A71" w14:textId="77777777" w:rsidR="00456778" w:rsidRDefault="0045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4173622">
    <w:abstractNumId w:val="8"/>
  </w:num>
  <w:num w:numId="2" w16cid:durableId="373651215">
    <w:abstractNumId w:val="6"/>
  </w:num>
  <w:num w:numId="3" w16cid:durableId="1000474203">
    <w:abstractNumId w:val="5"/>
  </w:num>
  <w:num w:numId="4" w16cid:durableId="966593653">
    <w:abstractNumId w:val="4"/>
  </w:num>
  <w:num w:numId="5" w16cid:durableId="1370573779">
    <w:abstractNumId w:val="7"/>
  </w:num>
  <w:num w:numId="6" w16cid:durableId="947392779">
    <w:abstractNumId w:val="3"/>
  </w:num>
  <w:num w:numId="7" w16cid:durableId="59065664">
    <w:abstractNumId w:val="2"/>
  </w:num>
  <w:num w:numId="8" w16cid:durableId="81221696">
    <w:abstractNumId w:val="1"/>
  </w:num>
  <w:num w:numId="9" w16cid:durableId="64062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56778"/>
    <w:rsid w:val="00881FEE"/>
    <w:rsid w:val="009410DF"/>
    <w:rsid w:val="00AA1D8D"/>
    <w:rsid w:val="00B47730"/>
    <w:rsid w:val="00BC1C7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2E3B5D"/>
  <w14:defaultImageDpi w14:val="300"/>
  <w15:docId w15:val="{6351E09C-5233-1C40-A6A1-A3B58D8F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color w:val="00000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203.rmwebopac.com/sear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2026 Equipment Reservation Form — Accessible</dc:title>
  <dc:subject>Accessible fillable equipment reservation form</dc:subject>
  <dc:creator>Department of Media and Communication</dc:creator>
  <cp:keywords>accessibility, equipment reservation, Fall 2026, fillable form</cp:keywords>
  <dc:description>Updated accessibility directions for first-floor access.</dc:description>
  <cp:lastModifiedBy>Bryant, Candace C.</cp:lastModifiedBy>
  <cp:revision>2</cp:revision>
  <dcterms:created xsi:type="dcterms:W3CDTF">2026-08-25T13:28:00Z</dcterms:created>
  <dcterms:modified xsi:type="dcterms:W3CDTF">2026-08-25T13:28:00Z</dcterms:modified>
  <cp:category/>
</cp:coreProperties>
</file>